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Loremfile sized document</w:t>
      </w:r>
    </w:p>
    <w:p>
      <w:r>
        <w:t>Alias eiusmod tempora sapiente aperiam facere laboris exercitation exercitation sequi voluptas voluptate. Fugiat rerum adipiscing culpa nesciunt delectus mollit anim eveniet minim saepe rem vitae itaque. Labore tenetur mollit laboris similique voluptatem exercitation laborum modi itaque. Laboris ullamco dolor deserunt placeat id saepe excepteur. Placeat laboris eveniet repudiandae explicabo assumenda in exercitation nulla fuga incidunt fugiat. Neque ea quisquam nulla doloribus earum lorem delectus ipsum. Officiis quis aliquip quaerat duis sapiente irure dolore porro labore excepteur.</w:t>
      </w:r>
    </w:p>
    <w:p>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743200" cy="2743200"/>
                    </a:xfrm>
                    <a:prstGeom prst="rect"/>
                  </pic:spPr>
                </pic:pic>
              </a:graphicData>
            </a:graphic>
          </wp:inline>
        </w:drawing>
      </w:r>
    </w:p>
    <w:p>
      <w:r>
        <w:t>Et nesciunt illo do ab alias fuga doloribus sunt officiis dicta hic. Dolor hic odit laborum asperiores ab alias. Dicta reiciendis aute qui rem irure consequat alias aut autem excepteur non quae autem ut.</w:t>
      </w:r>
    </w:p>
    <w:p>
      <w:r>
        <w:drawing>
          <wp:inline xmlns:a="http://schemas.openxmlformats.org/drawingml/2006/main" xmlns:pic="http://schemas.openxmlformats.org/drawingml/2006/picture">
            <wp:extent cx="2743200" cy="27432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743200" cy="2743200"/>
                    </a:xfrm>
                    <a:prstGeom prst="rect"/>
                  </pic:spPr>
                </pic:pic>
              </a:graphicData>
            </a:graphic>
          </wp:inline>
        </w:drawing>
      </w:r>
    </w:p>
    <w:p>
      <w:r>
        <w:t>Itaque illo architecto veniam aliqua laudantium nisi laudantium vitae culpa. Eiusmod reprehenderit modi est eveniet eius ea cillum numquam consectetur excepteur. Doloremque incididunt pariatur sequitur eiusmod nemo repellat eiusmod esse amet voluptate ipsum numquam quae labore numquam dolor officiis. Quia consectetur beatae occaecat quaerat temporibus aut ipsum doloremque officia illo aspernatur necessitatibus consequat illo eveniet totam. Fugit earum perferendis ratione sequitur veritatis explicabo eaque rerum mollit aspernatur nulla labore.</w:t>
      </w:r>
    </w:p>
    <w:p>
      <w:r>
        <w:drawing>
          <wp:inline xmlns:a="http://schemas.openxmlformats.org/drawingml/2006/main" xmlns:pic="http://schemas.openxmlformats.org/drawingml/2006/picture">
            <wp:extent cx="2743200" cy="27432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743200" cy="2743200"/>
                    </a:xfrm>
                    <a:prstGeom prst="rect"/>
                  </pic:spPr>
                </pic:pic>
              </a:graphicData>
            </a:graphic>
          </wp:inline>
        </w:drawing>
      </w:r>
    </w:p>
    <w:p>
      <w:r>
        <w:t>Odit sequi temporibus sed ea ab eiusmod doloribus eu aut assumenda ullamco sequitur. Ex lorem anim nesciunt aperiam sit cillum. Culpa aperiam sed odit sint vitae sunt maiores voluptates itaque inventore quaerat reprehenderit. Dolore nisi autem quis tempora quia ea aute omnis quaerat recusandae. Mollit ea perferendis sequi reiciendis ipsa ea alias. Omnis consequat sint voluptates reiciendis sed autem voluptatem porro ipsum officia commodo officia. Occaecat duis numquam est dolor dolorum id facere illo dolorum totam ipsum officiis dolore consequat consectetur fuga.</w:t>
      </w:r>
    </w:p>
    <w:p>
      <w:r>
        <w:drawing>
          <wp:inline xmlns:a="http://schemas.openxmlformats.org/drawingml/2006/main" xmlns:pic="http://schemas.openxmlformats.org/drawingml/2006/picture">
            <wp:extent cx="2743200" cy="27432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743200" cy="2743200"/>
                    </a:xfrm>
                    <a:prstGeom prst="rect"/>
                  </pic:spPr>
                </pic:pic>
              </a:graphicData>
            </a:graphic>
          </wp:inline>
        </w:drawing>
      </w:r>
    </w:p>
    <w:p>
      <w:r>
        <w:t>Odit dolore ipsum recusandae cillum ut aute architecto voluptates. Adipiscing delectus magna culpa sapiente vitae adipiscing eveniet nostrud aliquip non consectetur elit numquam doloremque dolorum sed. Facere nulla earum possimus fuga voluptates quia voluptates nemo labore lorem possimus temporibus sit doloremque. Sequitur cillum aspernatur totam similique lorem anim voluptas omnis mollit omnis laborum repudiandae aliquip mollit excepteur. Qui labore quaerat excepteur fugiat dolor sed aperiam sunt officiis aute doloremque quibusdam sunt. Deserunt labore officia fugiat debitis voluptas mollit eveniet elit sunt assumenda sunt.</w:t>
      </w:r>
    </w:p>
    <w:p>
      <w:r>
        <w:drawing>
          <wp:inline xmlns:a="http://schemas.openxmlformats.org/drawingml/2006/main" xmlns:pic="http://schemas.openxmlformats.org/drawingml/2006/picture">
            <wp:extent cx="2743200" cy="274320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743200" cy="2743200"/>
                    </a:xfrm>
                    <a:prstGeom prst="rect"/>
                  </pic:spPr>
                </pic:pic>
              </a:graphicData>
            </a:graphic>
          </wp:inline>
        </w:drawing>
      </w:r>
    </w:p>
    <w:p>
      <w:r>
        <w:t>Dolor asperiores magnam beatae dolorem proident mollit repudiandae nemo dolore incididunt inventore. Aute autem porro aute earum recusandae occaecat exercitation fugit. Tempora do laborum nesciunt quia debitis laborum culpa accusantium nisi nulla reiciendis aliquip. Minim tempora beatae do incididunt saepe veniam quasi non laborum quisquam vitae velit tenetur amet alias reiciendis. Nesciunt eaque autem officiis numquam consequat lorem vitae officia omnis qui temporibus.</w:t>
      </w:r>
    </w:p>
    <w:p>
      <w:r>
        <w:drawing>
          <wp:inline xmlns:a="http://schemas.openxmlformats.org/drawingml/2006/main" xmlns:pic="http://schemas.openxmlformats.org/drawingml/2006/picture">
            <wp:extent cx="2743200" cy="274320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743200" cy="2743200"/>
                    </a:xfrm>
                    <a:prstGeom prst="rect"/>
                  </pic:spPr>
                </pic:pic>
              </a:graphicData>
            </a:graphic>
          </wp:inline>
        </w:drawing>
      </w:r>
    </w:p>
    <w:p>
      <w:r>
        <w:t>Dolorum molestiae mollit possimus officia incididunt ab itaque anim veritatis eiusmod et cillum. Eaque odit ea modi molestiae sint nemo beatae ratione. Necessitatibus beatae nemo minim ipsum eaque reiciendis labore ipsum earum magna. Rem nostrud tempor esse esse adipisci quia cupidatat fuga. Numquam quae officiis fugiat debitis quisquam amet dolorum placeat alias voluptatem irure. Sit aut ut explicabo ad officiis incididunt amet magna sequi ex repudiandae.</w:t>
      </w:r>
    </w:p>
    <w:p>
      <w:r>
        <w:drawing>
          <wp:inline xmlns:a="http://schemas.openxmlformats.org/drawingml/2006/main" xmlns:pic="http://schemas.openxmlformats.org/drawingml/2006/picture">
            <wp:extent cx="2743200" cy="274320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743200" cy="2743200"/>
                    </a:xfrm>
                    <a:prstGeom prst="rect"/>
                  </pic:spPr>
                </pic:pic>
              </a:graphicData>
            </a:graphic>
          </wp:inline>
        </w:drawing>
      </w:r>
    </w:p>
    <w:p>
      <w:r>
        <w:t>Autem aliqua accusantium quae fuga sequitur ad excepteur officia aut quisquam tempor voluptatem explicabo. Voluptates sequitur ex commodo nostrud elit sequitur laudantium minim eveniet. Fuga aliquip enim commodo dolorum facere est dicta id officiis adipiscing earum sint fugit quasi. Ut sunt repellendus proident facere velit sequi repudiandae doloribus. Repudiandae aspernatur minim culpa molestiae rem quia omnis. Irure sequi dolorem repudiandae sapiente in incididunt tenetur sapiente alias. Officiis autem odit totam occaecat nulla laborum omnis aspernatur excepteur incidunt dolor eaque tempor itaque labore.</w:t>
      </w:r>
    </w:p>
    <w:p>
      <w:r>
        <w:drawing>
          <wp:inline xmlns:a="http://schemas.openxmlformats.org/drawingml/2006/main" xmlns:pic="http://schemas.openxmlformats.org/drawingml/2006/picture">
            <wp:extent cx="2743200" cy="274320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743200" cy="2743200"/>
                    </a:xfrm>
                    <a:prstGeom prst="rect"/>
                  </pic:spPr>
                </pic:pic>
              </a:graphicData>
            </a:graphic>
          </wp:inline>
        </w:drawing>
      </w:r>
    </w:p>
    <w:p>
      <w:r>
        <w:t>Id aute adipiscing dolorem autem possimus voluptatem pariatur magnam rerum quis sint nemo elit velit alias dolore. Aliquip asperiores illo totam incididunt non adipisci rerum culpa repellendus. Officiis reiciendis aut aute facere ex officiis. Alias proident sunt vitae rerum nesciunt lorem incidunt alias sed officia occaecat dolor quisquam quis labore dolorum. Accusantium reprehenderit aute cillum officiis eaque cupidatat cupidatat necessitatibus pariatur labore doloribus itaque odit.</w:t>
      </w:r>
    </w:p>
    <w:p>
      <w:r>
        <w:drawing>
          <wp:inline xmlns:a="http://schemas.openxmlformats.org/drawingml/2006/main" xmlns:pic="http://schemas.openxmlformats.org/drawingml/2006/picture">
            <wp:extent cx="2743200" cy="274320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743200" cy="2743200"/>
                    </a:xfrm>
                    <a:prstGeom prst="rect"/>
                  </pic:spPr>
                </pic:pic>
              </a:graphicData>
            </a:graphic>
          </wp:inline>
        </w:drawing>
      </w:r>
    </w:p>
    <w:p>
      <w:r>
        <w:t>Sed debitis repudiandae lorem commodo non labore quibusdam neque id nostrud mollit dolor dolore culpa eius eaque tempora. Esse saepe tenetur qui adipiscing itaque inventore ea ratione vitae aute illo inventore eaque. Laudantium pariatur ab voluptates eu voluptatem. Ut nostrud aperiam adipiscing in laboris maiores duis dolor fuga rem. Aliquip tenetur porro eius consequat laborum inventore in officiis. Debitis voluptatem magnam totam mollit voluptates incidunt.</w:t>
      </w:r>
    </w:p>
    <w:p>
      <w:r>
        <w:drawing>
          <wp:inline xmlns:a="http://schemas.openxmlformats.org/drawingml/2006/main" xmlns:pic="http://schemas.openxmlformats.org/drawingml/2006/picture">
            <wp:extent cx="2743200" cy="27432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743200" cy="2743200"/>
                    </a:xfrm>
                    <a:prstGeom prst="rect"/>
                  </pic:spPr>
                </pic:pic>
              </a:graphicData>
            </a:graphic>
          </wp:inline>
        </w:drawing>
      </w:r>
    </w:p>
    <w:p>
      <w:r>
        <w:t>Sint neque numquam eaque sint dicta. Quasi earum sequi sequi id aspernatur hic eius temporibus quaerat similique. Dolorum delectus odit consequat velit incidunt illo tenetur exercitation dolor nulla ipsum occaecat nostrud aliquip culpa. Totam consectetur ratione velit veritatis nostrud aut autem neque earum veniam eaque alias tempora magna aliqua. Sequi nesciunt sint explicabo reprehenderit quasi proident fuga sint non sed recusandae. Beatae tempora consectetur reprehenderit qui itaque aspernatur inventore quae sint ea incididunt tempora autem proident necessitatibus. Do similique nesciunt ut id consectetur porro excepteur placeat voluptatem numquam dolore occaecat aliqua debitis adipiscing similique velit.</w:t>
      </w:r>
    </w:p>
    <w:p>
      <w:r>
        <w:drawing>
          <wp:inline xmlns:a="http://schemas.openxmlformats.org/drawingml/2006/main" xmlns:pic="http://schemas.openxmlformats.org/drawingml/2006/picture">
            <wp:extent cx="2743200" cy="274320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743200" cy="2743200"/>
                    </a:xfrm>
                    <a:prstGeom prst="rect"/>
                  </pic:spPr>
                </pic:pic>
              </a:graphicData>
            </a:graphic>
          </wp:inline>
        </w:drawing>
      </w:r>
    </w:p>
    <w:p>
      <w:r>
        <w:t>Delectus nisi repudiandae magna autem exercitation laudantium ea voluptatem minim itaque ullamco ullamco nostrud laborum quisquam. Facere reprehenderit esse sequitur qui doloribus sit qui qui debitis temporibus accusantium culpa magnam. Officiis porro culpa alias accusantium consequat sit cillum voluptatem porro ullamco ea ullamco eu fugit fuga sequi ipsa. Eaque neque odit exercitation fugiat tempor anim fugit aliquip necessitatibus elit eiusmod sequi accusantium ipsa consectetur repellat. Aut quae exercitation laboris perferendis ad dolorem sit culpa consectetur quae earum molestiae quibusdam culpa officia proident. Dicta anim temporibus reiciendis tempor tenetur delectus quisquam deserunt illo ratione laudantium voluptate. Exercitation quae in quia culpa fuga ex autem aspernatur nulla delectus incididunt tempora.</w:t>
      </w:r>
    </w:p>
    <w:p>
      <w:r>
        <w:drawing>
          <wp:inline xmlns:a="http://schemas.openxmlformats.org/drawingml/2006/main" xmlns:pic="http://schemas.openxmlformats.org/drawingml/2006/picture">
            <wp:extent cx="2743200" cy="274320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743200" cy="2743200"/>
                    </a:xfrm>
                    <a:prstGeom prst="rect"/>
                  </pic:spPr>
                </pic:pic>
              </a:graphicData>
            </a:graphic>
          </wp:inline>
        </w:drawing>
      </w:r>
    </w:p>
    <w:p>
      <w:r>
        <w:t>Consectetur molestiae et enim repudiandae amet nemo explicabo in. Doloribus ea eaque sapiente enim odit et minim rem officiis consectetur nostrud architecto debitis temporibus non quia. Maiores aspernatur dolore autem vitae architecto ipsum culpa saepe laborum magnam ex aliqua maiores nulla possimus ea. Dolorem similique ratione nemo lorem asperiores vitae occaecat tenetur necessitatibus explicabo ullamco quasi placeat fuga ipsa beatae. Doloribus sequi duis sit proident sit consequat ullamco dicta laborum adipiscing. Repudiandae doloribus adipisci magna labore similique consectetur excepteur fugit alias amet tempor assumenda.</w:t>
      </w:r>
    </w:p>
    <w:p>
      <w:r>
        <w:drawing>
          <wp:inline xmlns:a="http://schemas.openxmlformats.org/drawingml/2006/main" xmlns:pic="http://schemas.openxmlformats.org/drawingml/2006/picture">
            <wp:extent cx="2743200" cy="27432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743200" cy="2743200"/>
                    </a:xfrm>
                    <a:prstGeom prst="rect"/>
                  </pic:spPr>
                </pic:pic>
              </a:graphicData>
            </a:graphic>
          </wp:inline>
        </w:drawing>
      </w:r>
    </w:p>
    <w:p>
      <w:r>
        <w:t>Nostrud aute voluptatem sequi est debitis ad quae incididunt numquam repudiandae do eu placeat. Fuga proident maiores quisquam et illo incididunt ex nemo tempor ipsum magna. Nesciunt qui deserunt nisi elit saepe odit veritatis eiusmod vitae porro totam ratione. Totam nostrud aliquip nemo alias ut aspernatur adipisci.</w:t>
      </w:r>
    </w:p>
    <w:p>
      <w:r>
        <w:drawing>
          <wp:inline xmlns:a="http://schemas.openxmlformats.org/drawingml/2006/main" xmlns:pic="http://schemas.openxmlformats.org/drawingml/2006/picture">
            <wp:extent cx="2743200" cy="27432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743200" cy="2743200"/>
                    </a:xfrm>
                    <a:prstGeom prst="rect"/>
                  </pic:spPr>
                </pic:pic>
              </a:graphicData>
            </a:graphic>
          </wp:inline>
        </w:drawing>
      </w:r>
    </w:p>
    <w:p>
      <w:r>
        <w:t>Quisquam officiis sit temporibus incidunt earum rem cillum aute non doloribus. Eius architecto sapiente laboris odit asperiores debitis qui. Qui in laudantium quisquam adipiscing culpa labore. Beatae aliquip recusandae explicabo voluptas ipsa qui odit magna. Debitis est quibusdam laudantium aliqua similique veniam eaque nulla eveniet maiores odit tempor. Tempora assumenda totam eiusmod quibusdam autem velit. Ipsum ipsum quibusdam assumenda explicabo dicta minim tempora doloribus omnis adipiscing.</w:t>
      </w:r>
    </w:p>
    <w:p>
      <w:r>
        <w:drawing>
          <wp:inline xmlns:a="http://schemas.openxmlformats.org/drawingml/2006/main" xmlns:pic="http://schemas.openxmlformats.org/drawingml/2006/picture">
            <wp:extent cx="2743200" cy="27432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743200" cy="2743200"/>
                    </a:xfrm>
                    <a:prstGeom prst="rect"/>
                  </pic:spPr>
                </pic:pic>
              </a:graphicData>
            </a:graphic>
          </wp:inline>
        </w:drawing>
      </w:r>
    </w:p>
    <w:p>
      <w:r>
        <w:t>Officiis veniam asperiores aliquip minim assumenda culpa repellat laudantium porro neque similique. Saepe vitae quaerat sit duis nemo nisi exercitation ab ratione elit ab earum sequi dolorum ipsum quasi. Numquam aliquip dolore quasi sunt temporibus eveniet maiores quaerat.</w:t>
      </w:r>
    </w:p>
    <w:p>
      <w:r>
        <w:drawing>
          <wp:inline xmlns:a="http://schemas.openxmlformats.org/drawingml/2006/main" xmlns:pic="http://schemas.openxmlformats.org/drawingml/2006/picture">
            <wp:extent cx="2743200" cy="27432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743200" cy="2743200"/>
                    </a:xfrm>
                    <a:prstGeom prst="rect"/>
                  </pic:spPr>
                </pic:pic>
              </a:graphicData>
            </a:graphic>
          </wp:inline>
        </w:drawing>
      </w:r>
    </w:p>
    <w:p>
      <w:r>
        <w:t>Ipsum amet voluptate similique ut molestiae. Odit ipsa non eiusmod eaque incididunt nostrud veritatis perferendis officiis explicabo voluptatem. Anim duis maiores sit consectetur assumenda adipisci molestiae delectus possimus temporibus tenetur sit illo. Sunt adipiscing et cillum hic nisi id dolorum. Quis perferendis cillum numquam nemo sequi sed fuga.</w:t>
      </w:r>
    </w:p>
    <w:p>
      <w:r>
        <w:drawing>
          <wp:inline xmlns:a="http://schemas.openxmlformats.org/drawingml/2006/main" xmlns:pic="http://schemas.openxmlformats.org/drawingml/2006/picture">
            <wp:extent cx="2743200" cy="27432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743200" cy="2743200"/>
                    </a:xfrm>
                    <a:prstGeom prst="rect"/>
                  </pic:spPr>
                </pic:pic>
              </a:graphicData>
            </a:graphic>
          </wp:inline>
        </w:drawing>
      </w:r>
    </w:p>
    <w:p>
      <w:r>
        <w:t>Delectus sed do accusantium nostrud saepe sit quis veritatis magna ab lorem. Ipsa cillum elit deserunt esse similique nisi ratione sequitur itaque aperiam sunt. Voluptas nulla aut non reprehenderit incidunt ut excepteur lorem repellat. Aute rerum ab lorem incidunt itaque. Maiores elit vitae maiores occaecat rerum proident facere in architecto repellat quibusdam odit nemo dolorum repellendus. Quia mollit sequi quasi tempora saepe asperiores fugit commodo. Dolorum incidunt excepteur excepteur ad sit culpa consequat nesciunt tenetur pariatur repellat aute neque proident laboris repellat.</w:t>
      </w:r>
    </w:p>
    <w:p>
      <w:r>
        <w:drawing>
          <wp:inline xmlns:a="http://schemas.openxmlformats.org/drawingml/2006/main" xmlns:pic="http://schemas.openxmlformats.org/drawingml/2006/picture">
            <wp:extent cx="2743200" cy="27432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743200" cy="2743200"/>
                    </a:xfrm>
                    <a:prstGeom prst="rect"/>
                  </pic:spPr>
                </pic:pic>
              </a:graphicData>
            </a:graphic>
          </wp:inline>
        </w:drawing>
      </w:r>
    </w:p>
    <w:p>
      <w:r>
        <w:t>Itaque voluptates duis adipisci aut ipsa adipisci amet hic odit magnam occaecat incididunt fugit fuga autem voluptate rem. Officiis magnam velit voluptas quis dolore temporibus ut voluptates sapiente. Nemo culpa enim nesciunt adipiscing aperiam delectus proident quae laudantium pariatur excepteur nostrud sunt.</w:t>
      </w:r>
    </w:p>
    <w:p>
      <w:r>
        <w:drawing>
          <wp:inline xmlns:a="http://schemas.openxmlformats.org/drawingml/2006/main" xmlns:pic="http://schemas.openxmlformats.org/drawingml/2006/picture">
            <wp:extent cx="2743200" cy="27432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743200" cy="2743200"/>
                    </a:xfrm>
                    <a:prstGeom prst="rect"/>
                  </pic:spPr>
                </pic:pic>
              </a:graphicData>
            </a:graphic>
          </wp:inline>
        </w:drawing>
      </w:r>
    </w:p>
    <w:p>
      <w:r>
        <w:t>Adipisci consequat ratione voluptas adipisci adipisci maiores aliqua. Voluptas velit consectetur cillum aperiam porro doloribus consequat. Doloribus sequi fuga enim nesciunt qui beatae consectetur architecto itaque anim. Ipsa omnis repudiandae minim officia quaerat sequitur eveniet velit dolor velit tempor architecto veritatis pariatur amet. Amet ullamco ex incidunt dolorem labore quasi occaecat et accusantium tempora fugit itaque elit perferendis.</w:t>
      </w:r>
    </w:p>
    <w:p>
      <w:r>
        <w:drawing>
          <wp:inline xmlns:a="http://schemas.openxmlformats.org/drawingml/2006/main" xmlns:pic="http://schemas.openxmlformats.org/drawingml/2006/picture">
            <wp:extent cx="2743200" cy="274320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743200" cy="2743200"/>
                    </a:xfrm>
                    <a:prstGeom prst="rect"/>
                  </pic:spPr>
                </pic:pic>
              </a:graphicData>
            </a:graphic>
          </wp:inline>
        </w:drawing>
      </w:r>
    </w:p>
    <w:p>
      <w:r>
        <w:t>Minim commodo enim tempor delectus adipiscing ex. Et ex eiusmod ab architecto officia. Culpa vitae quis quae placeat sunt labore ex dolor nemo accusantium. Itaque necessitatibus laudantium explicabo cillum laudantium beatae necessitatibus itaque reiciendis sequitur architecto aliqua assumenda possimus similique in aliquip. Similique incidunt dolor ad rem aperiam illo debitis sequitur ratione minim quis sapiente itaque. Delectus accusantium maiores culpa similique earum autem exercitation modi adipisci duis ipsa quia autem reiciendis itaque saepe necessitatibus.</w:t>
      </w:r>
    </w:p>
    <w:p>
      <w:r>
        <w:drawing>
          <wp:inline xmlns:a="http://schemas.openxmlformats.org/drawingml/2006/main" xmlns:pic="http://schemas.openxmlformats.org/drawingml/2006/picture">
            <wp:extent cx="2743200" cy="274320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743200" cy="2743200"/>
                    </a:xfrm>
                    <a:prstGeom prst="rect"/>
                  </pic:spPr>
                </pic:pic>
              </a:graphicData>
            </a:graphic>
          </wp:inline>
        </w:drawing>
      </w:r>
    </w:p>
    <w:p>
      <w:r>
        <w:t>Accusantium nemo officiis eiusmod assumenda laudantium. Aute ex qui est facere fugiat perferendis dicta eaque reprehenderit. Lorem tenetur enim pariatur proident do eaque dolorum laudantium.</w:t>
      </w:r>
    </w:p>
    <w:p>
      <w:r>
        <w:drawing>
          <wp:inline xmlns:a="http://schemas.openxmlformats.org/drawingml/2006/main" xmlns:pic="http://schemas.openxmlformats.org/drawingml/2006/picture">
            <wp:extent cx="2743200" cy="274320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743200" cy="2743200"/>
                    </a:xfrm>
                    <a:prstGeom prst="rect"/>
                  </pic:spPr>
                </pic:pic>
              </a:graphicData>
            </a:graphic>
          </wp:inline>
        </w:drawing>
      </w:r>
    </w:p>
    <w:p>
      <w:r>
        <w:t>Commodo autem laudantium ratione irure magnam accusantium laborum ea quis voluptates eaque recusandae similique. Nostrud assumenda neque recusandae quaerat voluptates sint facere. Tempor totam repudiandae cillum adipisci enim earum assumenda incididunt sint ab do aut. Porro molestiae doloremque aute duis possimus odit itaque.</w:t>
      </w:r>
    </w:p>
    <w:p>
      <w:r>
        <w:drawing>
          <wp:inline xmlns:a="http://schemas.openxmlformats.org/drawingml/2006/main" xmlns:pic="http://schemas.openxmlformats.org/drawingml/2006/picture">
            <wp:extent cx="2743200" cy="2743200"/>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743200" cy="2743200"/>
                    </a:xfrm>
                    <a:prstGeom prst="rect"/>
                  </pic:spPr>
                </pic:pic>
              </a:graphicData>
            </a:graphic>
          </wp:inline>
        </w:drawing>
      </w:r>
    </w:p>
    <w:p>
      <w:r>
        <w:t>Occaecat quia qui quibusdam eveniet recusandae tenetur consequat rem earum sit rerum necessitatibus sed reiciendis pariatur similique. Et veritatis adipisci molestiae ipsum voluptas occaecat delectus reiciendis odit. Placeat duis debitis nulla ab odit rerum ratione vitae ad non.</w:t>
      </w:r>
    </w:p>
    <w:p>
      <w:r>
        <w:drawing>
          <wp:inline xmlns:a="http://schemas.openxmlformats.org/drawingml/2006/main" xmlns:pic="http://schemas.openxmlformats.org/drawingml/2006/picture">
            <wp:extent cx="2743200" cy="2743200"/>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743200" cy="2743200"/>
                    </a:xfrm>
                    <a:prstGeom prst="rect"/>
                  </pic:spPr>
                </pic:pic>
              </a:graphicData>
            </a:graphic>
          </wp:inline>
        </w:drawing>
      </w:r>
    </w:p>
    <w:p>
      <w:r>
        <w:t>Commodo modi cillum quia sequitur commodo itaque sunt doloremque sint do earum inventore quae possimus. Eius culpa adipisci repellat porro quis dicta inventore numquam aperiam. Itaque sequi maiores inventore ipsa voluptates voluptatem facere excepteur officia delectus itaque necessitatibus est consequat nemo nostrud. Repudiandae fugit eaque eu ad magnam perferendis molestiae dolor delectus veritatis alias fugit nisi perferendis. Quis anim veniam fuga adipiscing repellendus illo ut. Totam doloribus laudantium officiis tempora assumenda autem. Cillum ullamco aut necessitatibus minim magnam laudantium esse alias totam fugiat doloremque quis adipiscing.</w:t>
      </w:r>
    </w:p>
    <w:p>
      <w:r>
        <w:drawing>
          <wp:inline xmlns:a="http://schemas.openxmlformats.org/drawingml/2006/main" xmlns:pic="http://schemas.openxmlformats.org/drawingml/2006/picture">
            <wp:extent cx="2743200" cy="2743200"/>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743200" cy="2743200"/>
                    </a:xfrm>
                    <a:prstGeom prst="rect"/>
                  </pic:spPr>
                </pic:pic>
              </a:graphicData>
            </a:graphic>
          </wp:inline>
        </w:drawing>
      </w:r>
    </w:p>
    <w:p>
      <w:r>
        <w:t>Repellendus amet repellendus do saepe aspernatur totam perferendis vitae consectetur qui autem cillum proident dicta similique. Quae autem occaecat earum quasi beatae et pariatur. Eiusmod sequi veniam omnis sed modi est doloribus eaque hic explicabo molestiae explicabo eius culpa. Voluptate aspernatur sint earum irure esse assumenda doloremque exercitation. Proident commodo rem consectetur duis autem magna debitis tempora odit inventore commodo eiusmod. Voluptates doloremque dicta assumenda perferendis dolorum placeat. Doloremque necessitatibus earum ipsum placeat lorem veniam enim mollit delectus minim sit anim sapiente pariatur sequi ab.</w:t>
      </w:r>
    </w:p>
    <w:p>
      <w:r>
        <w:drawing>
          <wp:inline xmlns:a="http://schemas.openxmlformats.org/drawingml/2006/main" xmlns:pic="http://schemas.openxmlformats.org/drawingml/2006/picture">
            <wp:extent cx="2743200" cy="2743200"/>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743200" cy="2743200"/>
                    </a:xfrm>
                    <a:prstGeom prst="rect"/>
                  </pic:spPr>
                </pic:pic>
              </a:graphicData>
            </a:graphic>
          </wp:inline>
        </w:drawing>
      </w:r>
    </w:p>
    <w:p>
      <w:r>
        <w:t>Aliqua ut placeat sed aperiam illo nisi cillum consequat laborum dolorum hic vitae aperiam ipsa irure officia ea. Laboris dolor duis hic eaque nostrud. Commodo pariatur doloribus alias ipsum elit adipisci quia dolorum asperiores sapiente. Recusandae facere rerum aspernatur delectus dolorem assumenda ab officia velit excepteur cillum qui culpa. Ex eu similique mollit aliquip dolorum adipisci laudantium tempor incidunt placeat modi dolorem consectetur. Eveniet aperiam tenetur lorem voluptatem duis alias amet.</w:t>
      </w:r>
    </w:p>
    <w:p>
      <w:r>
        <w:drawing>
          <wp:inline xmlns:a="http://schemas.openxmlformats.org/drawingml/2006/main" xmlns:pic="http://schemas.openxmlformats.org/drawingml/2006/picture">
            <wp:extent cx="2743200" cy="2743200"/>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743200" cy="2743200"/>
                    </a:xfrm>
                    <a:prstGeom prst="rect"/>
                  </pic:spPr>
                </pic:pic>
              </a:graphicData>
            </a:graphic>
          </wp:inline>
        </w:drawing>
      </w:r>
    </w:p>
    <w:p>
      <w:r>
        <w:t>Ipsa culpa ad lorem eu laborum ex non possimus. Duis labore ea voluptates assumenda sequitur sunt omnis. Accusantium veniam porro minim veniam nesciunt anim aspernatur hic laborum dolorem. Excepteur ea fugit delectus minim do. Ipsum doloribus veniam eaque officiis tempora in exercitation nemo neque eveniet pariatur occaecat laboris lorem molestiae ipsum rerum. Ab architecto nostrud quasi laudantium ea dolore nemo sit hic quasi autem sint ut molestiae neque exercitation hic.</w:t>
      </w:r>
    </w:p>
    <w:p>
      <w:r>
        <w:drawing>
          <wp:inline xmlns:a="http://schemas.openxmlformats.org/drawingml/2006/main" xmlns:pic="http://schemas.openxmlformats.org/drawingml/2006/picture">
            <wp:extent cx="2743200" cy="274320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743200" cy="2743200"/>
                    </a:xfrm>
                    <a:prstGeom prst="rect"/>
                  </pic:spPr>
                </pic:pic>
              </a:graphicData>
            </a:graphic>
          </wp:inline>
        </w:drawing>
      </w:r>
    </w:p>
    <w:p>
      <w:r>
        <w:t>Sed laboris ullamco aut culpa laborum consectetur ullamco inventore elit et aute facere commodo. Reiciendis enim eu id illo illo dolore pariatur ullamco quibusdam totam. Ipsum lorem modi eiusmod sed quae incidunt ipsum commodo delectus. Ab doloremque ullamco cupidatat occaecat sed fugiat ex id commodo incididunt eveniet laboris eaque ea. Saepe minim porro accusantium veniam sequitur debitis enim. Exercitation ad similique irure assumenda sequi molestiae asperiores. Exercitation elit enim delectus fugit quisquam officia odit.</w:t>
      </w:r>
    </w:p>
    <w:p>
      <w:r>
        <w:drawing>
          <wp:inline xmlns:a="http://schemas.openxmlformats.org/drawingml/2006/main" xmlns:pic="http://schemas.openxmlformats.org/drawingml/2006/picture">
            <wp:extent cx="2743200" cy="2743200"/>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743200" cy="2743200"/>
                    </a:xfrm>
                    <a:prstGeom prst="rect"/>
                  </pic:spPr>
                </pic:pic>
              </a:graphicData>
            </a:graphic>
          </wp:inline>
        </w:drawing>
      </w:r>
    </w:p>
    <w:p>
      <w:r>
        <w:t>Sapiente officia itaque nesciunt saepe laborum debitis labore veritatis. Quae vitae architecto sed magnam eius dolore tenetur tenetur. Hic vitae dicta veritatis amet rerum elit dolor sed consectetur eiusmod repudiandae ullamco placeat doloribus laboris eius ab. Consectetur duis facere sit voluptas culpa modi eu fugit cupidatat id ipsum. Consectetur fuga elit neque magna autem earum autem similique esse exercitation voluptate anim aut. Ullamco dicta accusantium temporibus culpa maiores recusandae laboris qui reiciendis nulla. Amet ea amet ipsa similique voluptas neque officia aute.</w:t>
      </w:r>
    </w:p>
    <w:p>
      <w:r>
        <w:drawing>
          <wp:inline xmlns:a="http://schemas.openxmlformats.org/drawingml/2006/main" xmlns:pic="http://schemas.openxmlformats.org/drawingml/2006/picture">
            <wp:extent cx="2743200" cy="2743200"/>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2743200" cy="2743200"/>
                    </a:xfrm>
                    <a:prstGeom prst="rect"/>
                  </pic:spPr>
                </pic:pic>
              </a:graphicData>
            </a:graphic>
          </wp:inline>
        </w:drawing>
      </w:r>
    </w:p>
    <w:p>
      <w:r>
        <w:t>Sint sunt cupidatat ipsum quisquam voluptas rerum tenetur nostrud reprehenderit. Assumenda eveniet ea ad inventore nulla voluptatem mollit quibusdam voluptatem minim. Officiis dolorem lorem illo totam qui aperiam mollit nesciunt labore ut debitis fugiat sequitur. Voluptas quisquam voluptas incidunt saepe temporibus magna quia aspernatur illo et voluptates eveniet magna anim neque. Quae similique aliquip dolore similique beatae quibusdam odit officiis ratione omnis. Similique quisquam earum omnis aut porro duis. Anim voluptatem quae incididunt dicta aspernatur.</w:t>
      </w:r>
    </w:p>
    <w:p>
      <w:r>
        <w:drawing>
          <wp:inline xmlns:a="http://schemas.openxmlformats.org/drawingml/2006/main" xmlns:pic="http://schemas.openxmlformats.org/drawingml/2006/picture">
            <wp:extent cx="2743200" cy="2743200"/>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2743200" cy="2743200"/>
                    </a:xfrm>
                    <a:prstGeom prst="rect"/>
                  </pic:spPr>
                </pic:pic>
              </a:graphicData>
            </a:graphic>
          </wp:inline>
        </w:drawing>
      </w:r>
    </w:p>
    <w:p>
      <w:r>
        <w:t>Quibusdam necessitatibus anim sed exercitation aut repellat numquam placeat repudiandae quisquam aperiam dolorem temporibus facere hic commodo. Numquam asperiores est eaque elit placeat sequi duis accusantium esse culpa voluptas eiusmod totam beatae doloremque nesciunt exercitation. Aut non amet saepe deserunt ut possimus quaerat. Quasi cillum reprehenderit dolorum minim dolorum pariatur ea. Duis laborum culpa debitis explicabo eius nostrud ut labore. Odit aliqua velit deserunt quis sint temporibus aperiam totam ea repudiandae tenetur repellat vitae veniam nesciunt laudantium.</w:t>
      </w:r>
    </w:p>
    <w:p>
      <w:r>
        <w:drawing>
          <wp:inline xmlns:a="http://schemas.openxmlformats.org/drawingml/2006/main" xmlns:pic="http://schemas.openxmlformats.org/drawingml/2006/picture">
            <wp:extent cx="2743200" cy="2743200"/>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2743200" cy="2743200"/>
                    </a:xfrm>
                    <a:prstGeom prst="rect"/>
                  </pic:spPr>
                </pic:pic>
              </a:graphicData>
            </a:graphic>
          </wp:inline>
        </w:drawing>
      </w:r>
    </w:p>
    <w:p>
      <w:r>
        <w:t>Delectus reprehenderit rerum tenetur magnam commodo est velit eu dolor eius duis duis voluptatem amet nisi dicta inventore. Laudantium ipsum laudantium tempor laudantium aute non sit ea assumenda modi explicabo neque modi. Inventore id aperiam laudantium explicabo velit assumenda ab id esse dolorum elit ut ipsa rerum eaque voluptas. Facere dolore debitis quia voluptates assumenda voluptates. Sunt incidunt reiciendis asperiores magnam nostrud aperiam anim sed aute voluptatem non laudantium. Numquam sequitur hic qui eu velit fugiat reiciendis.</w:t>
      </w:r>
    </w:p>
    <w:p>
      <w:r>
        <w:drawing>
          <wp:inline xmlns:a="http://schemas.openxmlformats.org/drawingml/2006/main" xmlns:pic="http://schemas.openxmlformats.org/drawingml/2006/picture">
            <wp:extent cx="2743200" cy="2743200"/>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2743200" cy="2743200"/>
                    </a:xfrm>
                    <a:prstGeom prst="rect"/>
                  </pic:spPr>
                </pic:pic>
              </a:graphicData>
            </a:graphic>
          </wp:inline>
        </w:drawing>
      </w:r>
    </w:p>
    <w:p>
      <w:r>
        <w:t>Sint quia ab excepteur consectetur officiis occaecat. Sequitur ex quaerat culpa tempor dolorem eius dolore adipisci alias cupidatat possimus officia eiusmod enim earum. Laudantium officiis commodo beatae magna autem rem deserunt magna. Doloremque eaque pariatur adipiscing veniam rerum anim aspernatur itaque aliqua tenetur.</w:t>
      </w:r>
    </w:p>
    <w:p>
      <w:r>
        <w:drawing>
          <wp:inline xmlns:a="http://schemas.openxmlformats.org/drawingml/2006/main" xmlns:pic="http://schemas.openxmlformats.org/drawingml/2006/picture">
            <wp:extent cx="2743200" cy="274320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2743200" cy="2743200"/>
                    </a:xfrm>
                    <a:prstGeom prst="rect"/>
                  </pic:spPr>
                </pic:pic>
              </a:graphicData>
            </a:graphic>
          </wp:inline>
        </w:drawing>
      </w:r>
    </w:p>
    <w:p>
      <w:r>
        <w:t>Totam qui quia ullamco voluptatem deserunt quisquam elit do sunt ex ad. Quisquam perferendis anim incidunt laborum itaque nesciunt omnis voluptate duis est aliquip magnam velit sequitur laboris. Maiores dolorem enim quisquam labore dolorem autem modi. Nisi occaecat molestiae aut earum proident explicabo voluptates adipiscing possimus modi nulla repellat aut enim. Deserunt veritatis doloribus omnis excepteur minim. Totam vitae deserunt alias tenetur tenetur ut ratione.</w:t>
      </w:r>
    </w:p>
    <w:p>
      <w:r>
        <w:drawing>
          <wp:inline xmlns:a="http://schemas.openxmlformats.org/drawingml/2006/main" xmlns:pic="http://schemas.openxmlformats.org/drawingml/2006/picture">
            <wp:extent cx="2743200" cy="2743200"/>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2743200" cy="2743200"/>
                    </a:xfrm>
                    <a:prstGeom prst="rect"/>
                  </pic:spPr>
                </pic:pic>
              </a:graphicData>
            </a:graphic>
          </wp:inline>
        </w:drawing>
      </w:r>
    </w:p>
    <w:p>
      <w:r>
        <w:t>Tenetur aspernatur consectetur recusandae illo consequat nemo officia placeat fugiat assumenda sit repellendus. Laudantium voluptas do accusantium sit id ratione dolor autem quia accusantium et irure deserunt totam hic ipsa quibusdam. Possimus magna sunt elit officia nulla. Id itaque delectus vitae rerum cillum labore doloribus minim nesciunt dolorem culpa sequi facere exercitation temporibus. Quia ex laborum nisi quae adipisci nesciunt duis labore necessitatibus sunt.</w:t>
      </w:r>
    </w:p>
    <w:p>
      <w:r>
        <w:drawing>
          <wp:inline xmlns:a="http://schemas.openxmlformats.org/drawingml/2006/main" xmlns:pic="http://schemas.openxmlformats.org/drawingml/2006/picture">
            <wp:extent cx="2743200" cy="2743200"/>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2743200" cy="2743200"/>
                    </a:xfrm>
                    <a:prstGeom prst="rect"/>
                  </pic:spPr>
                </pic:pic>
              </a:graphicData>
            </a:graphic>
          </wp:inline>
        </w:drawing>
      </w:r>
    </w:p>
    <w:p>
      <w:r>
        <w:t>Assumenda labore incidunt anim nulla eu aperiam quisquam neque non ad repellendus saepe fuga. Magna esse delectus debitis delectus velit numquam. Voluptas quaerat temporibus earum fuga reprehenderit eu ab mollit veritatis sequi esse aperiam quisquam placeat necessitatibus. Architecto hic exercitation numquam repudiandae explicabo adipisci ad mollit cupidatat quaerat earum recusandae voluptate aspernatur itaque.</w:t>
      </w:r>
    </w:p>
    <w:p>
      <w:r>
        <w:drawing>
          <wp:inline xmlns:a="http://schemas.openxmlformats.org/drawingml/2006/main" xmlns:pic="http://schemas.openxmlformats.org/drawingml/2006/picture">
            <wp:extent cx="2743200" cy="2743200"/>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2743200" cy="2743200"/>
                    </a:xfrm>
                    <a:prstGeom prst="rect"/>
                  </pic:spPr>
                </pic:pic>
              </a:graphicData>
            </a:graphic>
          </wp:inline>
        </w:drawing>
      </w:r>
    </w:p>
    <w:p>
      <w:r>
        <w:t>Autem totam anim quibusdam debitis asperiores architecto amet sit anim nostrud modi nemo beatae ratione quisquam velit. Officia cupidatat accusantium nemo cupidatat mollit deserunt nemo quibusdam non accusantium enim magnam numquam elit vitae. Ea eu rerum temporibus quasi id explicabo ullamco reiciendis cupidatat fuga temporibus doloremque fugit asperiores officiis. Asperiores sequitur mollit explicabo laudantium assumenda consequat molestiae non.</w:t>
      </w:r>
    </w:p>
    <w:p>
      <w:r>
        <w:drawing>
          <wp:inline xmlns:a="http://schemas.openxmlformats.org/drawingml/2006/main" xmlns:pic="http://schemas.openxmlformats.org/drawingml/2006/picture">
            <wp:extent cx="2743200" cy="2743200"/>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2743200" cy="2743200"/>
                    </a:xfrm>
                    <a:prstGeom prst="rect"/>
                  </pic:spPr>
                </pic:pic>
              </a:graphicData>
            </a:graphic>
          </wp:inline>
        </w:drawing>
      </w:r>
    </w:p>
    <w:p>
      <w:r>
        <w:t>Proident eaque dolore voluptate ullamco culpa esse architecto duis. Cillum repellendus necessitatibus et adipiscing sequitur magna culpa necessitatibus. Elit excepteur aliqua velit do quae amet. Ipsum reprehenderit similique accusantium porro aliquip aperiam adipisci nostrud vitae qui molestiae culpa quisquam odit. Ex do reiciendis architecto dolor omnis do dolorum maiores omnis inventore ex perferendis anim consectetur illo.</w:t>
      </w:r>
    </w:p>
    <w:p>
      <w:r>
        <w:drawing>
          <wp:inline xmlns:a="http://schemas.openxmlformats.org/drawingml/2006/main" xmlns:pic="http://schemas.openxmlformats.org/drawingml/2006/picture">
            <wp:extent cx="2743200" cy="2743200"/>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2743200" cy="2743200"/>
                    </a:xfrm>
                    <a:prstGeom prst="rect"/>
                  </pic:spPr>
                </pic:pic>
              </a:graphicData>
            </a:graphic>
          </wp:inline>
        </w:drawing>
      </w:r>
    </w:p>
    <w:p>
      <w:r>
        <w:t>Consequat culpa doloribus tempora eu mollit quibusdam consectetur officia sequitur laborum. Incididunt excepteur ad duis temporibus ipsa aperiam eaque adipiscing. Earum hic non non ab laboris saepe recusandae amet porro asperiores rerum deserunt. Ab quaerat proident aute voluptatem culpa sed eius tempor temporibus ab autem inventore possimus itaque asperiores veniam. Culpa maiores porro illo sapiente itaque ratione ad eiusmod aliqua officiis rem ea ad. Tenetur quisquam incidunt reiciendis ullamco reprehenderit in quia nostrud itaque inventore tempor.</w:t>
      </w:r>
    </w:p>
    <w:p>
      <w:r>
        <w:drawing>
          <wp:inline xmlns:a="http://schemas.openxmlformats.org/drawingml/2006/main" xmlns:pic="http://schemas.openxmlformats.org/drawingml/2006/picture">
            <wp:extent cx="2743200" cy="2743200"/>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2743200" cy="2743200"/>
                    </a:xfrm>
                    <a:prstGeom prst="rect"/>
                  </pic:spPr>
                </pic:pic>
              </a:graphicData>
            </a:graphic>
          </wp:inline>
        </w:drawing>
      </w:r>
    </w:p>
    <w:p>
      <w:r>
        <w:t>Fuga sequitur sapiente saepe proident fugiat non saepe id sint tenetur modi aspernatur nulla hic numquam deserunt dolore. Magna incidunt irure tenetur sequi ex autem occaecat eius. Aspernatur facere explicabo ipsum ut lorem inventore omnis velit explicabo dolor vitae. Cillum perferendis totam aliquip ullamco numquam assumenda vitae repellendus magna eiusmod tenetur proident fugiat. Neque accusantium culpa numquam quaerat perferendis repellendus. Sequitur occaecat est totam dicta incidunt aute alias asperiores voluptatem enim laudantium. Et aut ex ut et exercitation.</w:t>
      </w:r>
    </w:p>
    <w:p>
      <w:r>
        <w:drawing>
          <wp:inline xmlns:a="http://schemas.openxmlformats.org/drawingml/2006/main" xmlns:pic="http://schemas.openxmlformats.org/drawingml/2006/picture">
            <wp:extent cx="2743200" cy="274320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2743200" cy="2743200"/>
                    </a:xfrm>
                    <a:prstGeom prst="rect"/>
                  </pic:spPr>
                </pic:pic>
              </a:graphicData>
            </a:graphic>
          </wp:inline>
        </w:drawing>
      </w:r>
    </w:p>
    <w:p>
      <w:r>
        <w:t>Lorem in placeat itaque temporibus nulla asperiores. Ex dolor aliqua commodo cillum adipiscing ipsa sint sint reprehenderit commodo illo recusandae lorem aperiam nulla eius. Amet sit officiis ipsa rem recusandae eius veniam. In asperiores sed aperiam aliqua mollit nesciunt necessitatibus aute. Totam possimus beatae dolorem itaque illo maiores ex anim dolorum culpa explicabo. Adipisci quaerat reiciendis illo anim sunt occaecat consequat.</w:t>
      </w:r>
    </w:p>
    <w:p>
      <w:r>
        <w:drawing>
          <wp:inline xmlns:a="http://schemas.openxmlformats.org/drawingml/2006/main" xmlns:pic="http://schemas.openxmlformats.org/drawingml/2006/picture">
            <wp:extent cx="2743200" cy="2743200"/>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2743200" cy="2743200"/>
                    </a:xfrm>
                    <a:prstGeom prst="rect"/>
                  </pic:spPr>
                </pic:pic>
              </a:graphicData>
            </a:graphic>
          </wp:inline>
        </w:drawing>
      </w:r>
    </w:p>
    <w:p>
      <w:r>
        <w:t>Reprehenderit repellat quae aliquip officiis hic velit pariatur consequat maiores odit amet quibusdam cillum doloremque id. Elit incididunt commodo voluptas perferendis enim voluptates nemo aliqua. Elit doloremque anim illo mollit ullamco sequitur reprehenderit facere. Quaerat ab occaecat rem irure elit accusantium aliqua alias nesciunt beatae delectus repellendus neque maiores eu modi. Qui quia id quasi beatae dolorem sint aliqua nisi incidunt debitis dicta rerum necessitatibus anim veritatis quisquam. Veritatis facere ea in ea perferendis inventore veniam tenetur ea.</w:t>
      </w:r>
    </w:p>
    <w:p>
      <w:r>
        <w:drawing>
          <wp:inline xmlns:a="http://schemas.openxmlformats.org/drawingml/2006/main" xmlns:pic="http://schemas.openxmlformats.org/drawingml/2006/picture">
            <wp:extent cx="2743200" cy="2743200"/>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2743200" cy="2743200"/>
                    </a:xfrm>
                    <a:prstGeom prst="rect"/>
                  </pic:spPr>
                </pic:pic>
              </a:graphicData>
            </a:graphic>
          </wp:inline>
        </w:drawing>
      </w:r>
    </w:p>
    <w:p>
      <w:r>
        <w:t>Recusandae nulla consequat fuga lorem dolorem irure magna enim odit. Sequitur architecto voluptates eveniet proident laudantium anim repellat. Fugit quasi voluptate assumenda velit aspernatur veniam incididunt labore minim eiusmod hic reiciendis non nesciunt numquam non sunt. Sed nulla doloremque placeat quasi totam ab explicabo nulla maiores ipsum voluptatem aliquip. Excepteur maiores non culpa cillum occaecat itaque recusandae laboris ipsum neque dolorum omnis labore magna. Numquam fugit magnam possimus ad perferendis repellendus dicta asperiores. Quaerat odit et quae quibusdam eveniet nulla sequitur rem occaecat enim placeat eveniet perferendis in ex.</w:t>
      </w:r>
    </w:p>
    <w:p>
      <w:r>
        <w:drawing>
          <wp:inline xmlns:a="http://schemas.openxmlformats.org/drawingml/2006/main" xmlns:pic="http://schemas.openxmlformats.org/drawingml/2006/picture">
            <wp:extent cx="2743200" cy="2743200"/>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2743200" cy="2743200"/>
                    </a:xfrm>
                    <a:prstGeom prst="rect"/>
                  </pic:spPr>
                </pic:pic>
              </a:graphicData>
            </a:graphic>
          </wp:inline>
        </w:drawing>
      </w:r>
    </w:p>
    <w:p>
      <w:r>
        <w:t>Ut debitis eius non dolorum tempora architecto aperiam esse culpa. Itaque repellendus ea dolor odit quia occaecat neque aliqua doloremque earum earum saepe. Nostrud debitis ad inventore nulla maiores. Fugit aute amet aliquip doloremque aute ipsum. Proident tempor repellendus occaecat qui sit.</w:t>
      </w:r>
    </w:p>
    <w:p>
      <w:r>
        <w:drawing>
          <wp:inline xmlns:a="http://schemas.openxmlformats.org/drawingml/2006/main" xmlns:pic="http://schemas.openxmlformats.org/drawingml/2006/picture">
            <wp:extent cx="2743200" cy="2743200"/>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2743200" cy="2743200"/>
                    </a:xfrm>
                    <a:prstGeom prst="rect"/>
                  </pic:spPr>
                </pic:pic>
              </a:graphicData>
            </a:graphic>
          </wp:inline>
        </w:drawing>
      </w:r>
    </w:p>
    <w:p>
      <w:r>
        <w:t>Anim deserunt ab ex magna placeat assumenda repellendus amet fugiat ut assumenda quibusdam magnam doloremque beatae. Omnis ipsum ex placeat deserunt officiis duis aspernatur. Quis tenetur esse autem in repellat qui delectus do incidunt inventore. Culpa quae modi culpa voluptates in dolor magnam voluptas quis. Recusandae in minim earum fuga voluptas do est aperiam do facere id nisi debitis illo. Assumenda culpa delectus aut pariatur rerum molestiae illo sit consequat itaque omnis ipsum asperiores. Labore earum eaque omnis reiciendis rem ea.</w:t>
      </w:r>
    </w:p>
    <w:p>
      <w:r>
        <w:drawing>
          <wp:inline xmlns:a="http://schemas.openxmlformats.org/drawingml/2006/main" xmlns:pic="http://schemas.openxmlformats.org/drawingml/2006/picture">
            <wp:extent cx="2743200" cy="2743200"/>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2743200" cy="2743200"/>
                    </a:xfrm>
                    <a:prstGeom prst="rect"/>
                  </pic:spPr>
                </pic:pic>
              </a:graphicData>
            </a:graphic>
          </wp:inline>
        </w:drawing>
      </w:r>
    </w:p>
    <w:p>
      <w:r>
        <w:t>Adipisci non velit culpa voluptates culpa lorem sint commodo. Nisi possimus saepe aut veniam dolor officia cillum anim quae. Velit accusantium commodo officia ipsa nostrud exercitation sunt debitis eu explicabo tenetur. Tempor rerum commodo numquam modi ullamco dolorem officia ratione id aperiam voluptates quis incididunt ullamco neque. Itaque enim fugiat maiores occaecat repellat dolorum amet fugit sequitur magnam assumenda culpa recusandae placeat consectetur.</w:t>
      </w:r>
    </w:p>
    <w:p>
      <w:r>
        <w:drawing>
          <wp:inline xmlns:a="http://schemas.openxmlformats.org/drawingml/2006/main" xmlns:pic="http://schemas.openxmlformats.org/drawingml/2006/picture">
            <wp:extent cx="2743200" cy="2743200"/>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2743200" cy="2743200"/>
                    </a:xfrm>
                    <a:prstGeom prst="rect"/>
                  </pic:spPr>
                </pic:pic>
              </a:graphicData>
            </a:graphic>
          </wp:inline>
        </w:drawing>
      </w:r>
    </w:p>
    <w:p>
      <w:r>
        <w:t>Amet et sit culpa exercitation perferendis omnis earum proident magnam officiis consequat minim necessitatibus perferendis totam eiusmod. Saepe in voluptates labore laborum doloremque aliquip assumenda culpa occaecat velit nemo. Quasi vitae doloribus veniam ullamco eaque et neque irure tempora. Molestiae rem accusantium beatae lorem ut totam quaerat itaque reprehenderit ex aspernatur adipisci irure doloribus similique officiis dolorem. Repudiandae recusandae itaque earum inventore eiusmod consequat reiciendis non. Porro labore voluptas numquam enim dolorem. Laboris itaque dicta architecto beatae doloribus vitae ullamco ad et sapiente totam fugiat debitis anim quae.</w:t>
      </w:r>
    </w:p>
    <w:p>
      <w:r>
        <w:drawing>
          <wp:inline xmlns:a="http://schemas.openxmlformats.org/drawingml/2006/main" xmlns:pic="http://schemas.openxmlformats.org/drawingml/2006/picture">
            <wp:extent cx="2743200" cy="2743200"/>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2743200" cy="2743200"/>
                    </a:xfrm>
                    <a:prstGeom prst="rect"/>
                  </pic:spPr>
                </pic:pic>
              </a:graphicData>
            </a:graphic>
          </wp:inline>
        </w:drawing>
      </w:r>
    </w:p>
    <w:p>
      <w:r>
        <w:t>Possimus temporibus id aperiam exercitation officia amet ex pariatur non dicta sit illo eu modi anim reiciendis neque. In minim quasi ex odit sunt earum sunt sequi culpa similique similique pariatur sint quis facere. Consectetur odit mollit saepe reiciendis cupidatat officiis rem quae eveniet ratione vitae officia reprehenderit dicta. Qui quis fugiat aperiam ratione nisi sint enim porro voluptate veritatis.</w:t>
      </w:r>
    </w:p>
    <w:p>
      <w:r>
        <w:drawing>
          <wp:inline xmlns:a="http://schemas.openxmlformats.org/drawingml/2006/main" xmlns:pic="http://schemas.openxmlformats.org/drawingml/2006/picture">
            <wp:extent cx="2743200" cy="2743200"/>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2743200" cy="2743200"/>
                    </a:xfrm>
                    <a:prstGeom prst="rect"/>
                  </pic:spPr>
                </pic:pic>
              </a:graphicData>
            </a:graphic>
          </wp:inline>
        </w:drawing>
      </w:r>
    </w:p>
    <w:p>
      <w:r>
        <w:t>Incidunt sit culpa quasi esse quis in eu quibusdam ratione culpa debitis assumenda. Maiores aperiam placeat porro sed anim elit ex enim culpa. Voluptate magnam labore laborum cillum architecto. Aliquip nostrud assumenda sequi dolore perferendis.</w:t>
      </w:r>
    </w:p>
    <w:p>
      <w:r>
        <w:drawing>
          <wp:inline xmlns:a="http://schemas.openxmlformats.org/drawingml/2006/main" xmlns:pic="http://schemas.openxmlformats.org/drawingml/2006/picture">
            <wp:extent cx="2743200" cy="2743200"/>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2743200" cy="2743200"/>
                    </a:xfrm>
                    <a:prstGeom prst="rect"/>
                  </pic:spPr>
                </pic:pic>
              </a:graphicData>
            </a:graphic>
          </wp:inline>
        </w:drawing>
      </w:r>
    </w:p>
    <w:p>
      <w:r>
        <w:t>Placeat quae deserunt sapiente assumenda lorem incidunt fugit. Elit ab reiciendis nemo dicta ipsa fugiat rem minim irure et. Exercitation fugiat perferendis fugit rerum architecto facere accusantium doloribus eu veniam adipisci ratione quis consequat earum. Alias consectetur duis labore do velit repellendus sunt voluptas delectus culpa dolorum beatae.</w:t>
      </w:r>
    </w:p>
    <w:p>
      <w:r>
        <w:drawing>
          <wp:inline xmlns:a="http://schemas.openxmlformats.org/drawingml/2006/main" xmlns:pic="http://schemas.openxmlformats.org/drawingml/2006/picture">
            <wp:extent cx="2743200" cy="2743200"/>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743200" cy="27432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loremfile.dev sample document</dc:title>
  <dc:subject/>
  <dc:creator>loremfile.dev</dc:creator>
  <cp:keywords/>
  <dc:description>generated by python-docx</dc:description>
  <cp:lastModifiedBy>loremfile.dev</cp:lastModifiedBy>
  <cp:revision>1</cp:revision>
  <dcterms:created xsi:type="dcterms:W3CDTF">2020-01-01T00:00:00Z</dcterms:created>
  <dcterms:modified xsi:type="dcterms:W3CDTF">2020-01-01T00:00:00Z</dcterms:modified>
  <cp:category/>
  <dc:language>en-GB</dc:language>
</cp:coreProperties>
</file>