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Loremfile sized document</w:t>
      </w:r>
    </w:p>
    <w:p>
      <w:r>
        <w:t>Odit molestiae odit consectetur repellendus fugiat ullamco anim velit nisi asperiores dolor molestiae voluptatem. Sint commodo occaecat voluptatem doloribus numquam ullamco esse proident repellat eu minim porro magna ratione ipsa. Tempora veritatis reprehenderit consequat laudantium omnis quaerat magnam. Debitis adipisci recusandae maiores et dolorum doloremque rerum quisquam quis reiciendis cupidatat officia cupidatat rerum qui itaque. Sunt hic voluptates vitae rerum ad.</w:t>
      </w:r>
    </w:p>
    <w:p>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743200" cy="2743200"/>
                    </a:xfrm>
                    <a:prstGeom prst="rect"/>
                  </pic:spPr>
                </pic:pic>
              </a:graphicData>
            </a:graphic>
          </wp:inline>
        </w:drawing>
      </w:r>
    </w:p>
    <w:p>
      <w:r>
        <w:t>Nostrud officiis quibusdam commodo ratione eu laboris quis eaque sunt possimus occaecat fugiat beatae sequi. Et omnis aliqua minim cupidatat do in architecto sapiente ea delectus veniam quaerat ipsa delectus ea minim et. Voluptatem molestiae maiores cupidatat aperiam dolorum do molestiae irure magna quisquam sunt accusantium. Quibusdam magnam duis eius tempor maiores beatae. Architecto possimus do eius reprehenderit voluptatem deserunt.</w:t>
      </w:r>
    </w:p>
    <w:p>
      <w:r>
        <w:drawing>
          <wp:inline xmlns:a="http://schemas.openxmlformats.org/drawingml/2006/main" xmlns:pic="http://schemas.openxmlformats.org/drawingml/2006/picture">
            <wp:extent cx="2743200" cy="27432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743200" cy="2743200"/>
                    </a:xfrm>
                    <a:prstGeom prst="rect"/>
                  </pic:spPr>
                </pic:pic>
              </a:graphicData>
            </a:graphic>
          </wp:inline>
        </w:drawing>
      </w:r>
    </w:p>
    <w:p>
      <w:r>
        <w:t>Irure ex molestiae eiusmod cillum elit voluptate asperiores commodo aute exercitation qui aliquip reprehenderit dolor exercitation dolorum. Doloribus magna quis debitis minim et placeat fugiat fugiat magna. Aute ex enim ullamco excepteur in voluptas vitae esse earum alias dolor tenetur elit incidunt. Assumenda quis incididunt temporibus ipsa ullamco voluptas itaque sapiente culpa pariatur illo laudantium qui dolor sunt. Ipsum quis eaque officiis aliqua voluptatem eveniet cupidatat dicta in. Elit quis tenetur pariatur eu quia numquam alias magna delectus voluptatem.</w:t>
      </w:r>
    </w:p>
    <w:p>
      <w:r>
        <w:drawing>
          <wp:inline xmlns:a="http://schemas.openxmlformats.org/drawingml/2006/main" xmlns:pic="http://schemas.openxmlformats.org/drawingml/2006/picture">
            <wp:extent cx="2743200" cy="27432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743200" cy="2743200"/>
                    </a:xfrm>
                    <a:prstGeom prst="rect"/>
                  </pic:spPr>
                </pic:pic>
              </a:graphicData>
            </a:graphic>
          </wp:inline>
        </w:drawing>
      </w:r>
    </w:p>
    <w:p>
      <w:r>
        <w:t>Ipsum molestiae cillum sed minim nostrud porro aut magnam rerum fugiat. Fuga placeat officiis commodo ipsa deserunt saepe ipsa irure adipisci facere eaque ab velit nesciunt ipsa laudantium modi. Quibusdam ex doloribus repellendus recusandae quis ad consectetur voluptatem quasi aperiam proident dolorum. Sit magnam quis pariatur neque dicta laborum sequitur sit ea itaque aut est facere aut delectus exercitation qui. Eiusmod doloribus porro nostrud non doloremque quis beatae ut accusantium ab repellendus cillum.</w:t>
      </w:r>
    </w:p>
    <w:p>
      <w:r>
        <w:drawing>
          <wp:inline xmlns:a="http://schemas.openxmlformats.org/drawingml/2006/main" xmlns:pic="http://schemas.openxmlformats.org/drawingml/2006/picture">
            <wp:extent cx="2743200" cy="2743200"/>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743200" cy="2743200"/>
                    </a:xfrm>
                    <a:prstGeom prst="rect"/>
                  </pic:spPr>
                </pic:pic>
              </a:graphicData>
            </a:graphic>
          </wp:inline>
        </w:drawing>
      </w:r>
    </w:p>
    <w:p>
      <w:r>
        <w:t>Eu numquam consectetur minim rem consectetur ab. Esse laboris fugit quia porro neque occaecat velit eu beatae est sequitur id amet fuga quasi cupidatat. Consequat voluptate exercitation ipsum placeat odit voluptas incidunt necessitatibus ut velit veniam qui labore pariatur asperiores hic. Sequi perferendis placeat veritatis quae accusantium eaque qui eaque magnam vitae incididunt ex sint incididunt modi. Alias reiciendis explicabo officia nulla repellat sequitur aute dolorem debitis similique. Ea labore assumenda ea rerum quaerat similique consectetur duis dolor.</w:t>
      </w:r>
    </w:p>
    <w:p>
      <w:r>
        <w:drawing>
          <wp:inline xmlns:a="http://schemas.openxmlformats.org/drawingml/2006/main" xmlns:pic="http://schemas.openxmlformats.org/drawingml/2006/picture">
            <wp:extent cx="2743200" cy="274320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743200" cy="2743200"/>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loremfile.dev sample document</dc:title>
  <dc:subject/>
  <dc:creator>loremfile.dev</dc:creator>
  <cp:keywords/>
  <dc:description>generated by python-docx</dc:description>
  <cp:lastModifiedBy>loremfile.dev</cp:lastModifiedBy>
  <cp:revision>1</cp:revision>
  <dcterms:created xsi:type="dcterms:W3CDTF">2020-01-01T00:00:00Z</dcterms:created>
  <dcterms:modified xsi:type="dcterms:W3CDTF">2020-01-01T00:00:00Z</dcterms:modified>
  <cp:category/>
  <dc:language>en-GB</dc:language>
</cp:coreProperties>
</file>