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Loremfile sample document</w:t>
      </w:r>
    </w:p>
    <w:p>
      <w:r>
        <w:t>Autem aute laborum eaque inventore eveniet. Debitis quasi sit quae nesciunt tempor doloribus reiciendis sapiente. Possimus ex asperiores quaerat non dolore facere laborum culpa necessitatibus hic perferendis minim inventore. Veniam eaque ad officia sit numquam architecto voluptates sit cillum officiis occaecat tempor officiis quisquam. Omnis ut eveniet commodo assumenda ad ratione sed ea excepteur quia ipsa tenetur qui numquam. Amet fuga veniam alias autem do laborum consequat ea dolorum sint cillum.</w:t>
      </w:r>
    </w:p>
    <w:p>
      <w:r>
        <w:t>Eiusmod officiis aute et ipsum necessitatibus. Neque qui eveniet elit quibusdam laboris asperiores numquam id aspernatur sequi eu laudantium nemo sint quisquam nostrud. Sit possimus velit dolorum ratione quis. Qui adipisci eius magnam fugiat saepe sed velit. Ea dolor aute cupidatat doloremque debitis qui sequi. Ea necessitatibus sapiente reprehenderit excepteur exercitation ab hic reiciendis sunt esse elit fugit inventore sequitur.</w:t>
      </w:r>
    </w:p>
    <w:p>
      <w:r>
        <w:t>Officiis debitis exercitation irure tempora veritatis nostrud perferendis consequat neque quis. Possimus ipsum aute consequat officia beatae ullamco maiores sequitur sapiente pariatur placeat dolore laborum est quae aut. Explicabo tempora qui sequitur rerum nemo itaque modi.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loremfile.dev sample document</dc:title>
  <dc:subject/>
  <dc:creator>loremfile.dev</dc:creator>
  <cp:keywords/>
  <dc:description>generated by python-docx</dc:description>
  <cp:lastModifiedBy>loremfile.dev</cp:lastModifiedBy>
  <cp:revision>1</cp:revision>
  <dcterms:created xsi:type="dcterms:W3CDTF">2020-01-01T00:00:00Z</dcterms:created>
  <dcterms:modified xsi:type="dcterms:W3CDTF">2020-01-01T00:00:00Z</dcterms:modified>
  <cp:category/>
  <dc:language>en-GB</dc:language>
</cp:coreProperties>
</file>