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Images</w:t>
      </w:r>
    </w:p>
    <w:p>
      <w:r>
        <w:t>Amet nisi fuga et irure aliqua dolore eveniet omnis esse magnam adipiscing velit itaque. Labore quaerat aspernatur culpa quibusdam incidunt deserunt debitis recusandae aliquip fugiat adipisci porro. Numquam consectetur excepteur numquam saepe adipisci voluptate ullamco maiores earum deserunt. Dicta voluptatem sint ipsa rem sint dolor fugit rerum dicta magnam ipsum incididunt itaque voluptates reprehenderit. Veritatis aliquip modi reprehenderit ut minim illo minim cillum beatae rerum veritatis. Doloremque facere saepe consectetur voluptates ullamco velit omnis possimus similique. Proident pariatur veniam facere ea cupidatat.</w:t>
      </w:r>
    </w:p>
    <w:p>
      <w:r>
        <w:drawing>
          <wp:inline xmlns:a="http://schemas.openxmlformats.org/drawingml/2006/main" xmlns:pic="http://schemas.openxmlformats.org/drawingml/2006/picture">
            <wp:extent cx="2743200" cy="2743200"/>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2743200" cy="2743200"/>
                    </a:xfrm>
                    <a:prstGeom prst="rect"/>
                  </pic:spPr>
                </pic:pic>
              </a:graphicData>
            </a:graphic>
          </wp:inline>
        </w:drawing>
      </w:r>
    </w:p>
    <w:p>
      <w:r>
        <w:t>Magna eu magna totam ad ipsum. Sequi illo voluptatem ipsa autem odit earum consectetur tenetur occaecat vitae nostrud aut fugiat sit. Ex quis dicta esse commodo exercitation. Quia culpa adipiscing asperiores sequi ea deserunt ut fugiat alias voluptate omnis alias fugiat aute autem doloribus. Sunt cupidatat laudantium laborum duis culpa culpa est culpa sint enim eu aut ex. Sapiente totam est saepe tempora nisi recusandae officiis lorem. Architecto vitae sunt irure perferendis aperiam occaecat repudiandae omnis quia proident vitae autem possimus culpa duis nulla.</w:t>
      </w:r>
    </w:p>
    <w:p>
      <w:r>
        <w:drawing>
          <wp:inline xmlns:a="http://schemas.openxmlformats.org/drawingml/2006/main" xmlns:pic="http://schemas.openxmlformats.org/drawingml/2006/picture">
            <wp:extent cx="2743200" cy="2057400"/>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2743200" cy="2057400"/>
                    </a:xfrm>
                    <a:prstGeom prst="rect"/>
                  </pic:spPr>
                </pic:pic>
              </a:graphicData>
            </a:graphic>
          </wp:inline>
        </w:drawing>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loremfile.dev sample document</dc:title>
  <dc:subject/>
  <dc:creator>loremfile.dev</dc:creator>
  <cp:keywords/>
  <dc:description>generated by python-docx</dc:description>
  <cp:lastModifiedBy>loremfile.dev</cp:lastModifiedBy>
  <cp:revision>1</cp:revision>
  <dcterms:created xsi:type="dcterms:W3CDTF">2020-01-01T00:00:00Z</dcterms:created>
  <dcterms:modified xsi:type="dcterms:W3CDTF">2020-01-01T00:00:00Z</dcterms:modified>
  <cp:category/>
  <dc:language>en-GB</dc:language>
</cp:coreProperties>
</file>