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People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first_name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last_name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city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country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Karin</w:t>
            </w:r>
          </w:p>
        </w:tc>
        <w:tc>
          <w:tcPr>
            <w:tcW w:type="dxa" w:w="1728"/>
          </w:tcPr>
          <w:p>
            <w:r>
              <w:t>Lambert</w:t>
            </w:r>
          </w:p>
        </w:tc>
        <w:tc>
          <w:tcPr>
            <w:tcW w:type="dxa" w:w="1728"/>
          </w:tcPr>
          <w:p>
            <w:r>
              <w:t>Bristol</w:t>
            </w:r>
          </w:p>
        </w:tc>
        <w:tc>
          <w:tcPr>
            <w:tcW w:type="dxa" w:w="1728"/>
          </w:tcPr>
          <w:p>
            <w:r>
              <w:t>GB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Nora</w:t>
            </w:r>
          </w:p>
        </w:tc>
        <w:tc>
          <w:tcPr>
            <w:tcW w:type="dxa" w:w="1728"/>
          </w:tcPr>
          <w:p>
            <w:r>
              <w:t>Koch</w:t>
            </w:r>
          </w:p>
        </w:tc>
        <w:tc>
          <w:tcPr>
            <w:tcW w:type="dxa" w:w="1728"/>
          </w:tcPr>
          <w:p>
            <w:r>
              <w:t>Athens</w:t>
            </w:r>
          </w:p>
        </w:tc>
        <w:tc>
          <w:tcPr>
            <w:tcW w:type="dxa" w:w="1728"/>
          </w:tcPr>
          <w:p>
            <w:r>
              <w:t>GR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Jonas</w:t>
            </w:r>
          </w:p>
        </w:tc>
        <w:tc>
          <w:tcPr>
            <w:tcW w:type="dxa" w:w="1728"/>
          </w:tcPr>
          <w:p>
            <w:r>
              <w:t>Chandra</w:t>
            </w:r>
          </w:p>
        </w:tc>
        <w:tc>
          <w:tcPr>
            <w:tcW w:type="dxa" w:w="1728"/>
          </w:tcPr>
          <w:p>
            <w:r>
              <w:t>Porto</w:t>
            </w:r>
          </w:p>
        </w:tc>
        <w:tc>
          <w:tcPr>
            <w:tcW w:type="dxa" w:w="1728"/>
          </w:tcPr>
          <w:p>
            <w:r>
              <w:t>PT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Kai</w:t>
            </w:r>
          </w:p>
        </w:tc>
        <w:tc>
          <w:tcPr>
            <w:tcW w:type="dxa" w:w="1728"/>
          </w:tcPr>
          <w:p>
            <w:r>
              <w:t>Bianchi</w:t>
            </w:r>
          </w:p>
        </w:tc>
        <w:tc>
          <w:tcPr>
            <w:tcW w:type="dxa" w:w="1728"/>
          </w:tcPr>
          <w:p>
            <w:r>
              <w:t>Bucharest</w:t>
            </w:r>
          </w:p>
        </w:tc>
        <w:tc>
          <w:tcPr>
            <w:tcW w:type="dxa" w:w="1728"/>
          </w:tcPr>
          <w:p>
            <w:r>
              <w:t>RO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Fatima</w:t>
            </w:r>
          </w:p>
        </w:tc>
        <w:tc>
          <w:tcPr>
            <w:tcW w:type="dxa" w:w="1728"/>
          </w:tcPr>
          <w:p>
            <w:r>
              <w:t>Cohen</w:t>
            </w:r>
          </w:p>
        </w:tc>
        <w:tc>
          <w:tcPr>
            <w:tcW w:type="dxa" w:w="1728"/>
          </w:tcPr>
          <w:p>
            <w:r>
              <w:t>Amsterdam</w:t>
            </w:r>
          </w:p>
        </w:tc>
        <w:tc>
          <w:tcPr>
            <w:tcW w:type="dxa" w:w="1728"/>
          </w:tcPr>
          <w:p>
            <w:r>
              <w:t>NL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Fatima</w:t>
            </w:r>
          </w:p>
        </w:tc>
        <w:tc>
          <w:tcPr>
            <w:tcW w:type="dxa" w:w="1728"/>
          </w:tcPr>
          <w:p>
            <w:r>
              <w:t>Clarke</w:t>
            </w:r>
          </w:p>
        </w:tc>
        <w:tc>
          <w:tcPr>
            <w:tcW w:type="dxa" w:w="1728"/>
          </w:tcPr>
          <w:p>
            <w:r>
              <w:t>Nagoya</w:t>
            </w:r>
          </w:p>
        </w:tc>
        <w:tc>
          <w:tcPr>
            <w:tcW w:type="dxa" w:w="1728"/>
          </w:tcPr>
          <w:p>
            <w:r>
              <w:t>JP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Astrid</w:t>
            </w:r>
          </w:p>
        </w:tc>
        <w:tc>
          <w:tcPr>
            <w:tcW w:type="dxa" w:w="1728"/>
          </w:tcPr>
          <w:p>
            <w:r>
              <w:t>Elias</w:t>
            </w:r>
          </w:p>
        </w:tc>
        <w:tc>
          <w:tcPr>
            <w:tcW w:type="dxa" w:w="1728"/>
          </w:tcPr>
          <w:p>
            <w:r>
              <w:t>Gothenburg</w:t>
            </w:r>
          </w:p>
        </w:tc>
        <w:tc>
          <w:tcPr>
            <w:tcW w:type="dxa" w:w="1728"/>
          </w:tcPr>
          <w:p>
            <w:r>
              <w:t>SE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Jens</w:t>
            </w:r>
          </w:p>
        </w:tc>
        <w:tc>
          <w:tcPr>
            <w:tcW w:type="dxa" w:w="1728"/>
          </w:tcPr>
          <w:p>
            <w:r>
              <w:t>Cohen</w:t>
            </w:r>
          </w:p>
        </w:tc>
        <w:tc>
          <w:tcPr>
            <w:tcW w:type="dxa" w:w="1728"/>
          </w:tcPr>
          <w:p>
            <w:r>
              <w:t>Tallinn</w:t>
            </w:r>
          </w:p>
        </w:tc>
        <w:tc>
          <w:tcPr>
            <w:tcW w:type="dxa" w:w="1728"/>
          </w:tcPr>
          <w:p>
            <w:r>
              <w:t>EE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Nora</w:t>
            </w:r>
          </w:p>
        </w:tc>
        <w:tc>
          <w:tcPr>
            <w:tcW w:type="dxa" w:w="1728"/>
          </w:tcPr>
          <w:p>
            <w:r>
              <w:t>Borg</w:t>
            </w:r>
          </w:p>
        </w:tc>
        <w:tc>
          <w:tcPr>
            <w:tcW w:type="dxa" w:w="1728"/>
          </w:tcPr>
          <w:p>
            <w:r>
              <w:t>Fukuoka</w:t>
            </w:r>
          </w:p>
        </w:tc>
        <w:tc>
          <w:tcPr>
            <w:tcW w:type="dxa" w:w="1728"/>
          </w:tcPr>
          <w:p>
            <w:r>
              <w:t>JP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Eva</w:t>
            </w:r>
          </w:p>
        </w:tc>
        <w:tc>
          <w:tcPr>
            <w:tcW w:type="dxa" w:w="1728"/>
          </w:tcPr>
          <w:p>
            <w:r>
              <w:t>Bellini</w:t>
            </w:r>
          </w:p>
        </w:tc>
        <w:tc>
          <w:tcPr>
            <w:tcW w:type="dxa" w:w="1728"/>
          </w:tcPr>
          <w:p>
            <w:r>
              <w:t>Montreal</w:t>
            </w:r>
          </w:p>
        </w:tc>
        <w:tc>
          <w:tcPr>
            <w:tcW w:type="dxa" w:w="1728"/>
          </w:tcPr>
          <w:p>
            <w:r>
              <w:t>CA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loremfile.dev sample document</dc:title>
  <dc:subject/>
  <dc:creator>loremfile.dev</dc:creator>
  <cp:keywords/>
  <dc:description>generated by python-docx</dc:description>
  <cp:lastModifiedBy>loremfile.dev</cp:lastModifiedBy>
  <cp:revision>1</cp:revision>
  <dcterms:created xsi:type="dcterms:W3CDTF">2020-01-01T00:00:00Z</dcterms:created>
  <dcterms:modified xsi:type="dcterms:W3CDTF">2020-01-01T00:00:00Z</dcterms:modified>
  <cp:category/>
  <dc:language>en-GB</dc:language>
</cp:coreProperties>
</file>